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B7D6A" w14:textId="77777777" w:rsidR="00EE2F6C" w:rsidRDefault="005757F6">
      <w:r>
        <w:rPr>
          <w:b/>
          <w:sz w:val="40"/>
        </w:rPr>
        <w:t>Magnified Ministries Parish Resource</w:t>
      </w:r>
    </w:p>
    <w:p w14:paraId="24E737EF" w14:textId="77777777" w:rsidR="00EE2F6C" w:rsidRDefault="005757F6">
      <w:r>
        <w:rPr>
          <w:sz w:val="32"/>
        </w:rPr>
        <w:t>Episode 5 — What Leadership Looks Like in Your Parish (Nicole Zenner &amp; Katherine Sexton)</w:t>
      </w:r>
    </w:p>
    <w:p w14:paraId="55598FEF" w14:textId="77777777" w:rsidR="00EE2F6C" w:rsidRDefault="005757F6">
      <w:r>
        <w:t>Practical leadership pathways and structures.</w:t>
      </w:r>
    </w:p>
    <w:p w14:paraId="67F3A1EF" w14:textId="77777777" w:rsidR="00EE2F6C" w:rsidRDefault="005757F6">
      <w:pPr>
        <w:pStyle w:val="Heading2"/>
      </w:pPr>
      <w:r>
        <w:t>Episode Summary</w:t>
      </w:r>
    </w:p>
    <w:p w14:paraId="08982D10" w14:textId="539DEE89" w:rsidR="00EE2F6C" w:rsidRDefault="005757F6">
      <w:r>
        <w:t xml:space="preserve">In this conversation, Fr. Peter Wojcik, Nicole Zenner, and </w:t>
      </w:r>
      <w:r>
        <w:t>Katherine Sexton unpack what healthy, Spirit-led leadership looks like in a thriving parish. Building on the principles of co-ownership and distributed leadership, this episode focuses on pathways and structures that make leadership sustainable, formative</w:t>
      </w:r>
      <w:r>
        <w:t>, and mission-driven. Rather than recruiting 'more volunteers,' the goal is to call and equip leaders—people who take responsibility for mission, form others, and multiply engagement across ministries.</w:t>
      </w:r>
    </w:p>
    <w:p w14:paraId="51056D1E" w14:textId="77777777" w:rsidR="00EE2F6C" w:rsidRDefault="005757F6">
      <w:pPr>
        <w:pStyle w:val="Heading2"/>
      </w:pPr>
      <w:r>
        <w:t>Core Insight</w:t>
      </w:r>
    </w:p>
    <w:p w14:paraId="5837FB7A" w14:textId="77777777" w:rsidR="00EE2F6C" w:rsidRDefault="005757F6">
      <w:r>
        <w:t>“A missionary parish doesn’t happen through more programs—it grows when leaders are called, formed, and trusted.”</w:t>
      </w:r>
    </w:p>
    <w:p w14:paraId="76B76084" w14:textId="77777777" w:rsidR="00EE2F6C" w:rsidRDefault="005757F6">
      <w:pPr>
        <w:pStyle w:val="Heading2"/>
      </w:pPr>
      <w:r>
        <w:t>Reflection for Parish Leaders</w:t>
      </w:r>
    </w:p>
    <w:p w14:paraId="73FEA90D" w14:textId="77777777" w:rsidR="00EE2F6C" w:rsidRDefault="005757F6">
      <w:pPr>
        <w:pStyle w:val="ListNumber"/>
      </w:pPr>
      <w:r>
        <w:t>What does “leadership” currently look like in our parish—task management or spiritual accompaniment?</w:t>
      </w:r>
    </w:p>
    <w:p w14:paraId="0BA856BB" w14:textId="77777777" w:rsidR="00EE2F6C" w:rsidRDefault="005757F6">
      <w:pPr>
        <w:pStyle w:val="ListNumber"/>
      </w:pPr>
      <w:r>
        <w:t>Do we have clear pathways for new leaders to discern, grow, and serve?</w:t>
      </w:r>
    </w:p>
    <w:p w14:paraId="5413F2EA" w14:textId="77777777" w:rsidR="00EE2F6C" w:rsidRDefault="005757F6">
      <w:pPr>
        <w:pStyle w:val="ListNumber"/>
      </w:pPr>
      <w:r>
        <w:t>How are we ensuring that leadership is shared, sustained, and Spirit-driven, not dependent on personalities or staff?</w:t>
      </w:r>
    </w:p>
    <w:p w14:paraId="1C5AD094" w14:textId="77777777" w:rsidR="00EE2F6C" w:rsidRDefault="005757F6">
      <w:pPr>
        <w:pStyle w:val="Heading2"/>
      </w:pPr>
      <w:r>
        <w:t>Parish Action Plan</w:t>
      </w:r>
    </w:p>
    <w:p w14:paraId="630081E0" w14:textId="77777777" w:rsidR="00EE2F6C" w:rsidRDefault="005757F6">
      <w:pPr>
        <w:pStyle w:val="ListNumber"/>
      </w:pPr>
      <w:r>
        <w:t>Identify the Pathways: Map out every step of your parish’s leadership journey—from invitation to commissioning—and name where people tend to get stuck.</w:t>
      </w:r>
    </w:p>
    <w:p w14:paraId="25834C7D" w14:textId="77777777" w:rsidR="00EE2F6C" w:rsidRDefault="005757F6">
      <w:pPr>
        <w:pStyle w:val="ListNumber"/>
      </w:pPr>
      <w:r>
        <w:t>Build Formation Rhythms: Offer recurring leadership formation grounded in Scripture, prayer, and mission (Alpha → BETA → Lead).</w:t>
      </w:r>
    </w:p>
    <w:p w14:paraId="391A1048" w14:textId="77777777" w:rsidR="00EE2F6C" w:rsidRDefault="005757F6">
      <w:pPr>
        <w:pStyle w:val="ListNumber"/>
      </w:pPr>
      <w:r>
        <w:t>Multiply, Don’t Maintain: Every leader mentors at least one new potential leader each year.</w:t>
      </w:r>
    </w:p>
    <w:p w14:paraId="37EF6ED3" w14:textId="77777777" w:rsidR="00EE2F6C" w:rsidRDefault="005757F6">
      <w:pPr>
        <w:pStyle w:val="ListNumber"/>
      </w:pPr>
      <w:r>
        <w:t>Empower Teams, Not Titles: Clarify purpose and outcomes for each ministry team; invite shared accountability, not micromanagement.</w:t>
      </w:r>
    </w:p>
    <w:p w14:paraId="777B783B" w14:textId="77777777" w:rsidR="00EE2F6C" w:rsidRDefault="005757F6">
      <w:pPr>
        <w:pStyle w:val="ListNumber"/>
      </w:pPr>
      <w:r>
        <w:t>Celebrate Leadership as Vocation: Publicly bless and thank lay leaders at Mass or in parish communications to reinforce that leadership is discipleship in action.</w:t>
      </w:r>
    </w:p>
    <w:p w14:paraId="56C058A2" w14:textId="77777777" w:rsidR="00EE2F6C" w:rsidRDefault="005757F6">
      <w:pPr>
        <w:pStyle w:val="Heading2"/>
      </w:pPr>
      <w:r>
        <w:t>Team Discussion Guide</w:t>
      </w:r>
    </w:p>
    <w:p w14:paraId="2C151997" w14:textId="77777777" w:rsidR="00EE2F6C" w:rsidRDefault="005757F6">
      <w:pPr>
        <w:pStyle w:val="ListBullet"/>
      </w:pPr>
      <w:r>
        <w:t>How do we currently invite and form new leaders?</w:t>
      </w:r>
    </w:p>
    <w:p w14:paraId="40838E6C" w14:textId="77777777" w:rsidR="00EE2F6C" w:rsidRDefault="005757F6">
      <w:pPr>
        <w:pStyle w:val="ListBullet"/>
      </w:pPr>
      <w:r>
        <w:lastRenderedPageBreak/>
        <w:t>What patterns keep leadership confined to a small circle?</w:t>
      </w:r>
    </w:p>
    <w:p w14:paraId="11FB938A" w14:textId="77777777" w:rsidR="00EE2F6C" w:rsidRDefault="005757F6">
      <w:pPr>
        <w:pStyle w:val="ListBullet"/>
      </w:pPr>
      <w:r>
        <w:t>Which ministries already model healthy delegation and empowerment?</w:t>
      </w:r>
    </w:p>
    <w:p w14:paraId="7B57C17D" w14:textId="77777777" w:rsidR="00EE2F6C" w:rsidRDefault="005757F6">
      <w:pPr>
        <w:pStyle w:val="ListBullet"/>
      </w:pPr>
      <w:r>
        <w:t>What one step could make our leadership culture more formational this quarter?</w:t>
      </w:r>
    </w:p>
    <w:p w14:paraId="70A6C6A1" w14:textId="77777777" w:rsidR="00EE2F6C" w:rsidRDefault="005757F6">
      <w:pPr>
        <w:pStyle w:val="Heading2"/>
      </w:pPr>
      <w:r>
        <w:t>Further Resources</w:t>
      </w:r>
    </w:p>
    <w:p w14:paraId="491EEFD2" w14:textId="77777777" w:rsidR="00EE2F6C" w:rsidRDefault="005757F6">
      <w:pPr>
        <w:pStyle w:val="ListBullet"/>
      </w:pPr>
      <w:r>
        <w:t>Pope Francis, Evangelii Gaudium §§120–131 — On the responsibility of all baptized to evangelize.</w:t>
      </w:r>
    </w:p>
    <w:p w14:paraId="42E32354" w14:textId="77777777" w:rsidR="00EE2F6C" w:rsidRDefault="005757F6">
      <w:pPr>
        <w:pStyle w:val="ListBullet"/>
      </w:pPr>
      <w:r>
        <w:t>Fr. James Mallon, Divine Renovation Beyond the Parish (2020) — Practical frameworks for leadership and governance.</w:t>
      </w:r>
    </w:p>
    <w:p w14:paraId="1ECF37C4" w14:textId="77777777" w:rsidR="00EE2F6C" w:rsidRDefault="005757F6">
      <w:pPr>
        <w:pStyle w:val="ListBullet"/>
      </w:pPr>
      <w:r>
        <w:t>Patrick Lencioni, The Advantage (2012) — Organizational health as the key to effective leadership.</w:t>
      </w:r>
    </w:p>
    <w:p w14:paraId="0E9B2369" w14:textId="77777777" w:rsidR="00EE2F6C" w:rsidRDefault="005757F6">
      <w:pPr>
        <w:pStyle w:val="ListBullet"/>
      </w:pPr>
      <w:r>
        <w:t>Henri Nouwen, In the Name of Jesus (1989) — Spiritual foundations for servant leadership.</w:t>
      </w:r>
    </w:p>
    <w:p w14:paraId="70AA3860" w14:textId="77777777" w:rsidR="00EE2F6C" w:rsidRDefault="005757F6">
      <w:pPr>
        <w:pStyle w:val="ListBullet"/>
      </w:pPr>
      <w:r>
        <w:t>Magnified Ministries Podcast Library — magnifiedministries.org/podcast</w:t>
      </w:r>
    </w:p>
    <w:p w14:paraId="4D41B4C8" w14:textId="77777777" w:rsidR="00EE2F6C" w:rsidRDefault="005757F6">
      <w:pPr>
        <w:pStyle w:val="Heading2"/>
      </w:pPr>
      <w:r>
        <w:t>📈</w:t>
      </w:r>
      <w:r>
        <w:t xml:space="preserve"> Practical Discernment Tool: “The Leadership Pathway Map”</w:t>
      </w:r>
    </w:p>
    <w:p w14:paraId="6CC14AE0" w14:textId="77777777" w:rsidR="00EE2F6C" w:rsidRDefault="005757F6">
      <w:r>
        <w:t>A reflection and planning tool for parish leadership teams.</w:t>
      </w:r>
    </w:p>
    <w:p w14:paraId="4E6254A2" w14:textId="77777777" w:rsidR="00EE2F6C" w:rsidRDefault="005757F6">
      <w:r>
        <w:t xml:space="preserve">Use this tool to discern where current and emerging leaders are on the </w:t>
      </w:r>
      <w:r>
        <w:t>pathway of growth and to identify supports needed for multiplication.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4"/>
        <w:gridCol w:w="1728"/>
        <w:gridCol w:w="1726"/>
        <w:gridCol w:w="1727"/>
        <w:gridCol w:w="1725"/>
      </w:tblGrid>
      <w:tr w:rsidR="00EE2F6C" w14:paraId="4D8F17B8" w14:textId="77777777">
        <w:tc>
          <w:tcPr>
            <w:tcW w:w="1728" w:type="dxa"/>
          </w:tcPr>
          <w:p w14:paraId="2D559C00" w14:textId="77777777" w:rsidR="00EE2F6C" w:rsidRDefault="005757F6">
            <w:r>
              <w:t>Stage</w:t>
            </w:r>
          </w:p>
        </w:tc>
        <w:tc>
          <w:tcPr>
            <w:tcW w:w="1728" w:type="dxa"/>
          </w:tcPr>
          <w:p w14:paraId="484E7AF9" w14:textId="77777777" w:rsidR="00EE2F6C" w:rsidRDefault="005757F6">
            <w:r>
              <w:t>Exploring Call</w:t>
            </w:r>
          </w:p>
        </w:tc>
        <w:tc>
          <w:tcPr>
            <w:tcW w:w="1728" w:type="dxa"/>
          </w:tcPr>
          <w:p w14:paraId="05D08D89" w14:textId="77777777" w:rsidR="00EE2F6C" w:rsidRDefault="005757F6">
            <w:r>
              <w:t>Forming in Mission</w:t>
            </w:r>
          </w:p>
        </w:tc>
        <w:tc>
          <w:tcPr>
            <w:tcW w:w="1728" w:type="dxa"/>
          </w:tcPr>
          <w:p w14:paraId="2CD2638A" w14:textId="77777777" w:rsidR="00EE2F6C" w:rsidRDefault="005757F6">
            <w:r>
              <w:t>Leading with Others</w:t>
            </w:r>
          </w:p>
        </w:tc>
        <w:tc>
          <w:tcPr>
            <w:tcW w:w="1728" w:type="dxa"/>
          </w:tcPr>
          <w:p w14:paraId="1E416367" w14:textId="77777777" w:rsidR="00EE2F6C" w:rsidRDefault="005757F6">
            <w:r>
              <w:t>Multiplying Leaders</w:t>
            </w:r>
          </w:p>
        </w:tc>
      </w:tr>
      <w:tr w:rsidR="00EE2F6C" w14:paraId="0275DB35" w14:textId="77777777">
        <w:tc>
          <w:tcPr>
            <w:tcW w:w="1728" w:type="dxa"/>
          </w:tcPr>
          <w:p w14:paraId="058DDB9E" w14:textId="77777777" w:rsidR="00EE2F6C" w:rsidRDefault="005757F6">
            <w:r>
              <w:t>Identity</w:t>
            </w:r>
          </w:p>
        </w:tc>
        <w:tc>
          <w:tcPr>
            <w:tcW w:w="1728" w:type="dxa"/>
          </w:tcPr>
          <w:p w14:paraId="2E2EF3D9" w14:textId="77777777" w:rsidR="00EE2F6C" w:rsidRDefault="005757F6">
            <w:r>
              <w:t>Feels drawn to serve; unsure of gifts.</w:t>
            </w:r>
          </w:p>
        </w:tc>
        <w:tc>
          <w:tcPr>
            <w:tcW w:w="1728" w:type="dxa"/>
          </w:tcPr>
          <w:p w14:paraId="5A4D8F31" w14:textId="77777777" w:rsidR="00EE2F6C" w:rsidRDefault="005757F6">
            <w:r>
              <w:t>Begins to see service as discipleship.</w:t>
            </w:r>
          </w:p>
        </w:tc>
        <w:tc>
          <w:tcPr>
            <w:tcW w:w="1728" w:type="dxa"/>
          </w:tcPr>
          <w:p w14:paraId="6C7B2FF4" w14:textId="77777777" w:rsidR="00EE2F6C" w:rsidRDefault="005757F6">
            <w:r>
              <w:t>Owns a specific ministry or team.</w:t>
            </w:r>
          </w:p>
        </w:tc>
        <w:tc>
          <w:tcPr>
            <w:tcW w:w="1728" w:type="dxa"/>
          </w:tcPr>
          <w:p w14:paraId="4CEB85B9" w14:textId="77777777" w:rsidR="00EE2F6C" w:rsidRDefault="005757F6">
            <w:r>
              <w:t>Sees leadership as forming others.</w:t>
            </w:r>
          </w:p>
        </w:tc>
      </w:tr>
      <w:tr w:rsidR="00EE2F6C" w14:paraId="75CFA970" w14:textId="77777777">
        <w:tc>
          <w:tcPr>
            <w:tcW w:w="1728" w:type="dxa"/>
          </w:tcPr>
          <w:p w14:paraId="7E67414A" w14:textId="77777777" w:rsidR="00EE2F6C" w:rsidRDefault="005757F6">
            <w:r>
              <w:t>Formation</w:t>
            </w:r>
          </w:p>
        </w:tc>
        <w:tc>
          <w:tcPr>
            <w:tcW w:w="1728" w:type="dxa"/>
          </w:tcPr>
          <w:p w14:paraId="5A40A733" w14:textId="77777777" w:rsidR="00EE2F6C" w:rsidRDefault="005757F6">
            <w:r>
              <w:t>Receives initial invitation and mentoring.</w:t>
            </w:r>
          </w:p>
        </w:tc>
        <w:tc>
          <w:tcPr>
            <w:tcW w:w="1728" w:type="dxa"/>
          </w:tcPr>
          <w:p w14:paraId="7D5B2EE8" w14:textId="77777777" w:rsidR="00EE2F6C" w:rsidRDefault="005757F6">
            <w:r>
              <w:t>Participates in Alpha, BETA, or discernment process.</w:t>
            </w:r>
          </w:p>
        </w:tc>
        <w:tc>
          <w:tcPr>
            <w:tcW w:w="1728" w:type="dxa"/>
          </w:tcPr>
          <w:p w14:paraId="2E238340" w14:textId="77777777" w:rsidR="00EE2F6C" w:rsidRDefault="005757F6">
            <w:r>
              <w:t>Engages in leadership formation and accountability.</w:t>
            </w:r>
          </w:p>
        </w:tc>
        <w:tc>
          <w:tcPr>
            <w:tcW w:w="1728" w:type="dxa"/>
          </w:tcPr>
          <w:p w14:paraId="236F0997" w14:textId="77777777" w:rsidR="00EE2F6C" w:rsidRDefault="005757F6">
            <w:r>
              <w:t xml:space="preserve">Mentors and trains others in </w:t>
            </w:r>
            <w:r>
              <w:t>ministry.</w:t>
            </w:r>
          </w:p>
        </w:tc>
      </w:tr>
      <w:tr w:rsidR="00EE2F6C" w14:paraId="23E829FF" w14:textId="77777777">
        <w:tc>
          <w:tcPr>
            <w:tcW w:w="1728" w:type="dxa"/>
          </w:tcPr>
          <w:p w14:paraId="3AA427BF" w14:textId="77777777" w:rsidR="00EE2F6C" w:rsidRDefault="005757F6">
            <w:r>
              <w:t>Support Needed</w:t>
            </w:r>
          </w:p>
        </w:tc>
        <w:tc>
          <w:tcPr>
            <w:tcW w:w="1728" w:type="dxa"/>
          </w:tcPr>
          <w:p w14:paraId="4695A02E" w14:textId="77777777" w:rsidR="00EE2F6C" w:rsidRDefault="005757F6">
            <w:r>
              <w:t>Encouragement and clarity about calling.</w:t>
            </w:r>
          </w:p>
        </w:tc>
        <w:tc>
          <w:tcPr>
            <w:tcW w:w="1728" w:type="dxa"/>
          </w:tcPr>
          <w:p w14:paraId="752EDDB9" w14:textId="77777777" w:rsidR="00EE2F6C" w:rsidRDefault="005757F6">
            <w:r>
              <w:t>Ongoing coaching and safe space to grow.</w:t>
            </w:r>
          </w:p>
        </w:tc>
        <w:tc>
          <w:tcPr>
            <w:tcW w:w="1728" w:type="dxa"/>
          </w:tcPr>
          <w:p w14:paraId="21FCFA52" w14:textId="77777777" w:rsidR="00EE2F6C" w:rsidRDefault="005757F6">
            <w:r>
              <w:t>Regular feedback and spiritual direction.</w:t>
            </w:r>
          </w:p>
        </w:tc>
        <w:tc>
          <w:tcPr>
            <w:tcW w:w="1728" w:type="dxa"/>
          </w:tcPr>
          <w:p w14:paraId="011BD5DD" w14:textId="77777777" w:rsidR="00EE2F6C" w:rsidRDefault="005757F6">
            <w:r>
              <w:t>Peer community and prayer support.</w:t>
            </w:r>
          </w:p>
        </w:tc>
      </w:tr>
      <w:tr w:rsidR="00EE2F6C" w14:paraId="0A25F362" w14:textId="77777777">
        <w:tc>
          <w:tcPr>
            <w:tcW w:w="1728" w:type="dxa"/>
          </w:tcPr>
          <w:p w14:paraId="1C9FE3A5" w14:textId="77777777" w:rsidR="00EE2F6C" w:rsidRDefault="005757F6">
            <w:r>
              <w:t>Common Challenge</w:t>
            </w:r>
          </w:p>
        </w:tc>
        <w:tc>
          <w:tcPr>
            <w:tcW w:w="1728" w:type="dxa"/>
          </w:tcPr>
          <w:p w14:paraId="3CED0546" w14:textId="77777777" w:rsidR="00EE2F6C" w:rsidRDefault="005757F6">
            <w:r>
              <w:t>Fear of inadequacy.</w:t>
            </w:r>
          </w:p>
        </w:tc>
        <w:tc>
          <w:tcPr>
            <w:tcW w:w="1728" w:type="dxa"/>
          </w:tcPr>
          <w:p w14:paraId="6BF025D5" w14:textId="77777777" w:rsidR="00EE2F6C" w:rsidRDefault="005757F6">
            <w:r>
              <w:t xml:space="preserve">Over-commitment or burnout </w:t>
            </w:r>
            <w:r>
              <w:t>risk.</w:t>
            </w:r>
          </w:p>
        </w:tc>
        <w:tc>
          <w:tcPr>
            <w:tcW w:w="1728" w:type="dxa"/>
          </w:tcPr>
          <w:p w14:paraId="76E844FA" w14:textId="77777777" w:rsidR="00EE2F6C" w:rsidRDefault="005757F6">
            <w:r>
              <w:t>Need to delegate and trust others.</w:t>
            </w:r>
          </w:p>
        </w:tc>
        <w:tc>
          <w:tcPr>
            <w:tcW w:w="1728" w:type="dxa"/>
          </w:tcPr>
          <w:p w14:paraId="47AB1A8A" w14:textId="77777777" w:rsidR="00EE2F6C" w:rsidRDefault="005757F6">
            <w:r>
              <w:t>Letting go so others can lead.</w:t>
            </w:r>
          </w:p>
        </w:tc>
      </w:tr>
    </w:tbl>
    <w:p w14:paraId="6CF6A282" w14:textId="77777777" w:rsidR="00EE2F6C" w:rsidRDefault="005757F6">
      <w:r>
        <w:t>Discussion Questions:</w:t>
      </w:r>
    </w:p>
    <w:p w14:paraId="4CC54000" w14:textId="77777777" w:rsidR="00EE2F6C" w:rsidRDefault="005757F6">
      <w:pPr>
        <w:pStyle w:val="ListNumber"/>
      </w:pPr>
      <w:r>
        <w:t>Where do most of our leaders currently fall along this pathway?</w:t>
      </w:r>
    </w:p>
    <w:p w14:paraId="463513B2" w14:textId="77777777" w:rsidR="00EE2F6C" w:rsidRDefault="005757F6">
      <w:pPr>
        <w:pStyle w:val="ListNumber"/>
      </w:pPr>
      <w:r>
        <w:t>How can we intentionally move people toward “multiplying leaders”?</w:t>
      </w:r>
    </w:p>
    <w:p w14:paraId="7D416961" w14:textId="77777777" w:rsidR="00EE2F6C" w:rsidRDefault="005757F6">
      <w:pPr>
        <w:pStyle w:val="ListNumber"/>
      </w:pPr>
      <w:r>
        <w:t>What structural or spiritual supports are missing from our current model?</w:t>
      </w:r>
    </w:p>
    <w:p w14:paraId="5174A6A6" w14:textId="77777777" w:rsidR="00EE2F6C" w:rsidRDefault="00EE2F6C"/>
    <w:sectPr w:rsidR="00EE2F6C" w:rsidSect="000346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E3E33" w14:textId="77777777" w:rsidR="005757F6" w:rsidRDefault="005757F6" w:rsidP="005757F6">
      <w:pPr>
        <w:spacing w:after="0" w:line="240" w:lineRule="auto"/>
      </w:pPr>
      <w:r>
        <w:separator/>
      </w:r>
    </w:p>
  </w:endnote>
  <w:endnote w:type="continuationSeparator" w:id="0">
    <w:p w14:paraId="2450A695" w14:textId="77777777" w:rsidR="005757F6" w:rsidRDefault="005757F6" w:rsidP="0057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60384" w14:textId="77777777" w:rsidR="005757F6" w:rsidRDefault="005757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22958" w14:textId="77777777" w:rsidR="005757F6" w:rsidRDefault="005757F6" w:rsidP="005757F6">
    <w:pPr>
      <w:jc w:val="center"/>
    </w:pPr>
    <w:r>
      <w:t>Free resource for parish leaders from Magnified Ministries</w:t>
    </w:r>
  </w:p>
  <w:p w14:paraId="672595FD" w14:textId="26F5055F" w:rsidR="005757F6" w:rsidRDefault="005757F6" w:rsidP="005757F6">
    <w:pPr>
      <w:jc w:val="center"/>
    </w:pPr>
    <w:r>
      <w:t>Helping the Church engage Gen Z and renew her mission in a pre-Christian world.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49F5B" w14:textId="77777777" w:rsidR="005757F6" w:rsidRDefault="005757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260B1" w14:textId="77777777" w:rsidR="005757F6" w:rsidRDefault="005757F6" w:rsidP="005757F6">
      <w:pPr>
        <w:spacing w:after="0" w:line="240" w:lineRule="auto"/>
      </w:pPr>
      <w:r>
        <w:separator/>
      </w:r>
    </w:p>
  </w:footnote>
  <w:footnote w:type="continuationSeparator" w:id="0">
    <w:p w14:paraId="30412044" w14:textId="77777777" w:rsidR="005757F6" w:rsidRDefault="005757F6" w:rsidP="00575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E3156" w14:textId="77777777" w:rsidR="005757F6" w:rsidRDefault="00575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D90A5" w14:textId="5B2013DC" w:rsidR="005757F6" w:rsidRDefault="005757F6">
    <w:pPr>
      <w:pStyle w:val="Header"/>
    </w:pPr>
    <w:r>
      <w:rPr>
        <w:noProof/>
      </w:rPr>
      <w:drawing>
        <wp:inline distT="0" distB="0" distL="0" distR="0" wp14:anchorId="78A6BD2E" wp14:editId="67515EDF">
          <wp:extent cx="704850" cy="704850"/>
          <wp:effectExtent l="0" t="0" r="0" b="0"/>
          <wp:docPr id="1" name="Picture 1" descr="A magnifying glass with a white bird and a cro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magnifying glass with a white bird and a cros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590D6" w14:textId="77777777" w:rsidR="005757F6" w:rsidRDefault="00575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71992610">
    <w:abstractNumId w:val="8"/>
  </w:num>
  <w:num w:numId="2" w16cid:durableId="2025738835">
    <w:abstractNumId w:val="6"/>
  </w:num>
  <w:num w:numId="3" w16cid:durableId="1753308767">
    <w:abstractNumId w:val="5"/>
  </w:num>
  <w:num w:numId="4" w16cid:durableId="936133776">
    <w:abstractNumId w:val="4"/>
  </w:num>
  <w:num w:numId="5" w16cid:durableId="865286453">
    <w:abstractNumId w:val="7"/>
  </w:num>
  <w:num w:numId="6" w16cid:durableId="1669475147">
    <w:abstractNumId w:val="3"/>
  </w:num>
  <w:num w:numId="7" w16cid:durableId="287397740">
    <w:abstractNumId w:val="2"/>
  </w:num>
  <w:num w:numId="8" w16cid:durableId="618878991">
    <w:abstractNumId w:val="1"/>
  </w:num>
  <w:num w:numId="9" w16cid:durableId="753285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5757F6"/>
    <w:rsid w:val="00AA1D8D"/>
    <w:rsid w:val="00B47730"/>
    <w:rsid w:val="00CB0664"/>
    <w:rsid w:val="00D33E7F"/>
    <w:rsid w:val="00EE2F6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120A13"/>
  <w14:defaultImageDpi w14:val="300"/>
  <w15:docId w15:val="{2196C430-F6C1-49B8-B303-2B5E3347E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3287</Characters>
  <Application>Microsoft Office Word</Application>
  <DocSecurity>0</DocSecurity>
  <Lines>117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Peter Wojcik</cp:lastModifiedBy>
  <cp:revision>2</cp:revision>
  <dcterms:created xsi:type="dcterms:W3CDTF">2025-11-01T21:19:00Z</dcterms:created>
  <dcterms:modified xsi:type="dcterms:W3CDTF">2025-11-01T21:19:00Z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a7e61a2f-f55f-417c-9f7e-fc22c8793628</vt:lpwstr>
  </property>
</Properties>
</file>